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Yu Gothic" w:hAnsi="Yu Gothic" w:eastAsia="Yu Gothic"/>
          <w:b/>
          <w:sz w:val="22"/>
        </w:rPr>
        <w:t>イベント名//</w:t>
      </w:r>
    </w:p>
    <w:p>
      <w:pPr>
        <w:spacing w:after="200"/>
      </w:pPr>
      <w:r>
        <w:rPr>
          <w:rFonts w:ascii="Yu Gothic" w:hAnsi="Yu Gothic" w:eastAsia="Yu Gothic"/>
          <w:b w:val="0"/>
          <w:sz w:val="22"/>
        </w:rPr>
        <w:t>新しいイベント</w:t>
      </w:r>
    </w:p>
    <w:p>
      <w:pPr>
        <w:spacing w:after="0"/>
      </w:pPr>
      <w:r>
        <w:rPr>
          <w:rFonts w:ascii="Yu Gothic" w:hAnsi="Yu Gothic" w:eastAsia="Yu Gothic"/>
          <w:b/>
          <w:sz w:val="22"/>
        </w:rPr>
        <w:t>サブタイトル//</w:t>
      </w:r>
    </w:p>
    <w:p>
      <w:pPr>
        <w:spacing w:after="200"/>
      </w:pPr>
      <w:r>
        <w:rPr>
          <w:rFonts w:ascii="Yu Gothic" w:hAnsi="Yu Gothic" w:eastAsia="Yu Gothic"/>
          <w:b w:val="0"/>
          <w:sz w:val="22"/>
        </w:rPr>
        <w:t>まずはご挨拶</w:t>
      </w:r>
    </w:p>
    <w:p>
      <w:pPr>
        <w:spacing w:after="0"/>
      </w:pPr>
      <w:r>
        <w:rPr>
          <w:rFonts w:ascii="Yu Gothic" w:hAnsi="Yu Gothic" w:eastAsia="Yu Gothic"/>
          <w:b/>
          <w:sz w:val="22"/>
        </w:rPr>
        <w:t>田中太郎//</w:t>
      </w:r>
    </w:p>
    <w:p>
      <w:pPr>
        <w:spacing w:after="200"/>
      </w:pPr>
      <w:r>
        <w:rPr>
          <w:rFonts w:ascii="Yu Gothic" w:hAnsi="Yu Gothic" w:eastAsia="Yu Gothic"/>
          <w:b w:val="0"/>
          <w:sz w:val="22"/>
        </w:rPr>
        <w:t>台本メイカーは、横書きのエクセルのデータを読み込ませて、</w:t>
      </w:r>
    </w:p>
    <w:p>
      <w:pPr>
        <w:spacing w:after="0"/>
      </w:pPr>
      <w:r>
        <w:rPr>
          <w:rFonts w:ascii="Yu Gothic" w:hAnsi="Yu Gothic" w:eastAsia="Yu Gothic"/>
          <w:b/>
          <w:sz w:val="22"/>
        </w:rPr>
        <w:t>田中太郎//</w:t>
      </w:r>
    </w:p>
    <w:p>
      <w:pPr>
        <w:spacing w:after="200"/>
      </w:pPr>
      <w:r>
        <w:rPr>
          <w:rFonts w:ascii="Yu Gothic" w:hAnsi="Yu Gothic" w:eastAsia="Yu Gothic"/>
          <w:b w:val="0"/>
          <w:sz w:val="22"/>
        </w:rPr>
        <w:t>簡単に縦組台本をつくることができるWEBアプリです。</w:t>
      </w:r>
    </w:p>
    <w:p>
      <w:pPr>
        <w:spacing w:after="0"/>
      </w:pPr>
      <w:r>
        <w:rPr>
          <w:rFonts w:ascii="Yu Gothic" w:hAnsi="Yu Gothic" w:eastAsia="Yu Gothic"/>
          <w:b/>
          <w:sz w:val="22"/>
        </w:rPr>
        <w:t>田中太郎//</w:t>
      </w:r>
    </w:p>
    <w:p>
      <w:pPr>
        <w:spacing w:after="200"/>
      </w:pPr>
      <w:r>
        <w:rPr>
          <w:rFonts w:ascii="Yu Gothic" w:hAnsi="Yu Gothic" w:eastAsia="Yu Gothic"/>
          <w:b w:val="0"/>
          <w:sz w:val="22"/>
        </w:rPr>
        <w:t>ト書きや、納品データ用のIDを記載することもできます。</w:t>
      </w:r>
    </w:p>
    <w:p>
      <w:pPr>
        <w:spacing w:after="0"/>
      </w:pPr>
      <w:r>
        <w:rPr>
          <w:rFonts w:ascii="Yu Gothic" w:hAnsi="Yu Gothic" w:eastAsia="Yu Gothic"/>
          <w:b/>
          <w:sz w:val="22"/>
        </w:rPr>
        <w:t>ト書き//</w:t>
      </w:r>
    </w:p>
    <w:p>
      <w:pPr>
        <w:spacing w:after="200"/>
      </w:pPr>
      <w:r>
        <w:rPr>
          <w:rFonts w:ascii="Yu Gothic" w:hAnsi="Yu Gothic" w:eastAsia="Yu Gothic"/>
          <w:b w:val="0"/>
          <w:sz w:val="22"/>
        </w:rPr>
        <w:t>ト書きはこのように表示されます。</w:t>
      </w:r>
    </w:p>
    <w:p>
      <w:pPr>
        <w:spacing w:after="0"/>
      </w:pPr>
      <w:r>
        <w:rPr>
          <w:rFonts w:ascii="Yu Gothic" w:hAnsi="Yu Gothic" w:eastAsia="Yu Gothic"/>
          <w:b/>
          <w:sz w:val="22"/>
        </w:rPr>
        <w:t>サブタイトル//</w:t>
      </w:r>
    </w:p>
    <w:p>
      <w:pPr>
        <w:spacing w:after="200"/>
      </w:pPr>
      <w:r>
        <w:rPr>
          <w:rFonts w:ascii="Yu Gothic" w:hAnsi="Yu Gothic" w:eastAsia="Yu Gothic"/>
          <w:b w:val="0"/>
          <w:sz w:val="22"/>
        </w:rPr>
        <w:t>台本メイカーの特徴１</w:t>
      </w:r>
    </w:p>
    <w:p>
      <w:pPr>
        <w:spacing w:after="0"/>
      </w:pPr>
      <w:r>
        <w:rPr>
          <w:rFonts w:ascii="Yu Gothic" w:hAnsi="Yu Gothic" w:eastAsia="Yu Gothic"/>
          <w:b/>
          <w:sz w:val="22"/>
        </w:rPr>
        <w:t>サンプル次郎//</w:t>
      </w:r>
    </w:p>
    <w:p>
      <w:pPr>
        <w:spacing w:after="200"/>
      </w:pPr>
      <w:r>
        <w:rPr>
          <w:rFonts w:ascii="Yu Gothic" w:hAnsi="Yu Gothic" w:eastAsia="Yu Gothic"/>
          <w:b w:val="0"/>
          <w:sz w:val="22"/>
        </w:rPr>
        <w:t>台本メイカーの特徴は、なんといっても話者毎の台本が作れることです。</w:t>
      </w:r>
    </w:p>
    <w:p>
      <w:pPr>
        <w:spacing w:after="0"/>
      </w:pPr>
      <w:r>
        <w:rPr>
          <w:rFonts w:ascii="Yu Gothic" w:hAnsi="Yu Gothic" w:eastAsia="Yu Gothic"/>
          <w:b/>
          <w:sz w:val="22"/>
        </w:rPr>
        <w:t>サンプル次郎//</w:t>
      </w:r>
    </w:p>
    <w:p>
      <w:pPr>
        <w:spacing w:after="200"/>
      </w:pPr>
      <w:r>
        <w:rPr>
          <w:rFonts w:ascii="Yu Gothic" w:hAnsi="Yu Gothic" w:eastAsia="Yu Gothic"/>
          <w:b w:val="0"/>
          <w:sz w:val="22"/>
        </w:rPr>
        <w:t>上部に「通し台本」というボタンがあり、その横に話者名のボタンがありますね？</w:t>
      </w:r>
    </w:p>
    <w:p>
      <w:pPr>
        <w:spacing w:after="0"/>
      </w:pPr>
      <w:r>
        <w:rPr>
          <w:rFonts w:ascii="Yu Gothic" w:hAnsi="Yu Gothic" w:eastAsia="Yu Gothic"/>
          <w:b/>
          <w:sz w:val="22"/>
        </w:rPr>
        <w:t>田中太郎//</w:t>
      </w:r>
    </w:p>
    <w:p>
      <w:pPr>
        <w:spacing w:after="200"/>
      </w:pPr>
      <w:r>
        <w:rPr>
          <w:rFonts w:ascii="Yu Gothic" w:hAnsi="Yu Gothic" w:eastAsia="Yu Gothic"/>
          <w:b w:val="0"/>
          <w:sz w:val="22"/>
        </w:rPr>
        <w:t>そのボタンを選択すると、話者毎で、セリフがハイライトされます。</w:t>
      </w:r>
    </w:p>
    <w:p>
      <w:pPr>
        <w:spacing w:after="0"/>
      </w:pPr>
      <w:r>
        <w:rPr>
          <w:rFonts w:ascii="Yu Gothic" w:hAnsi="Yu Gothic" w:eastAsia="Yu Gothic"/>
          <w:b/>
          <w:sz w:val="22"/>
        </w:rPr>
        <w:t>田中太郎//</w:t>
      </w:r>
    </w:p>
    <w:p>
      <w:pPr>
        <w:spacing w:after="200"/>
      </w:pPr>
      <w:r>
        <w:rPr>
          <w:rFonts w:ascii="Yu Gothic" w:hAnsi="Yu Gothic" w:eastAsia="Yu Gothic"/>
          <w:b w:val="0"/>
          <w:sz w:val="22"/>
        </w:rPr>
        <w:t>田中太郎ボタンを選択すると、このセリフが黄色くハイライトされましたね？</w:t>
      </w:r>
    </w:p>
    <w:p>
      <w:pPr>
        <w:spacing w:after="0"/>
      </w:pPr>
      <w:r>
        <w:rPr>
          <w:rFonts w:ascii="Yu Gothic" w:hAnsi="Yu Gothic" w:eastAsia="Yu Gothic"/>
          <w:b/>
          <w:sz w:val="22"/>
        </w:rPr>
        <w:t>田中太郎//</w:t>
      </w:r>
    </w:p>
    <w:p>
      <w:pPr>
        <w:spacing w:after="200"/>
      </w:pPr>
      <w:r>
        <w:rPr>
          <w:rFonts w:ascii="Yu Gothic" w:hAnsi="Yu Gothic" w:eastAsia="Yu Gothic"/>
          <w:b w:val="0"/>
          <w:sz w:val="22"/>
        </w:rPr>
        <w:t>このように、１つのエクセルから役別の専用台本が簡単につくれちゃうんです！</w:t>
      </w:r>
    </w:p>
    <w:p>
      <w:pPr>
        <w:spacing w:after="0"/>
      </w:pPr>
      <w:r>
        <w:rPr>
          <w:rFonts w:ascii="Yu Gothic" w:hAnsi="Yu Gothic" w:eastAsia="Yu Gothic"/>
          <w:b/>
          <w:sz w:val="22"/>
        </w:rPr>
        <w:t>めぐみさん//</w:t>
      </w:r>
    </w:p>
    <w:p>
      <w:pPr>
        <w:spacing w:after="200"/>
      </w:pPr>
      <w:r>
        <w:rPr>
          <w:rFonts w:ascii="Yu Gothic" w:hAnsi="Yu Gothic" w:eastAsia="Yu Gothic"/>
          <w:b w:val="0"/>
          <w:sz w:val="22"/>
        </w:rPr>
        <w:t>手作業だと、一つ変更が入るだけで全部に反映しないといけないから</w:t>
      </w:r>
    </w:p>
    <w:p>
      <w:pPr>
        <w:spacing w:after="0"/>
      </w:pPr>
      <w:r>
        <w:rPr>
          <w:rFonts w:ascii="Yu Gothic" w:hAnsi="Yu Gothic" w:eastAsia="Yu Gothic"/>
          <w:b/>
          <w:sz w:val="22"/>
        </w:rPr>
        <w:t>めぐみさん//</w:t>
      </w:r>
    </w:p>
    <w:p>
      <w:pPr>
        <w:spacing w:after="200"/>
      </w:pPr>
      <w:r>
        <w:rPr>
          <w:rFonts w:ascii="Yu Gothic" w:hAnsi="Yu Gothic" w:eastAsia="Yu Gothic"/>
          <w:b w:val="0"/>
          <w:sz w:val="22"/>
        </w:rPr>
        <w:t>すごく大変だったのよね。</w:t>
      </w:r>
    </w:p>
    <w:p>
      <w:pPr>
        <w:spacing w:after="0"/>
      </w:pPr>
      <w:r>
        <w:rPr>
          <w:rFonts w:ascii="Yu Gothic" w:hAnsi="Yu Gothic" w:eastAsia="Yu Gothic"/>
          <w:b/>
          <w:sz w:val="22"/>
        </w:rPr>
        <w:t>サンプル次郎//</w:t>
      </w:r>
    </w:p>
    <w:p>
      <w:pPr>
        <w:spacing w:after="200"/>
      </w:pPr>
      <w:r>
        <w:rPr>
          <w:rFonts w:ascii="Yu Gothic" w:hAnsi="Yu Gothic" w:eastAsia="Yu Gothic"/>
          <w:b w:val="0"/>
          <w:sz w:val="22"/>
        </w:rPr>
        <w:t>元のエクセルを修正、読み込ますだけで一気に作ってくれるからとても楽！</w:t>
      </w:r>
    </w:p>
    <w:p>
      <w:pPr>
        <w:spacing w:after="0"/>
      </w:pPr>
      <w:r>
        <w:rPr>
          <w:rFonts w:ascii="Yu Gothic" w:hAnsi="Yu Gothic" w:eastAsia="Yu Gothic"/>
          <w:b/>
          <w:sz w:val="22"/>
        </w:rPr>
        <w:t>ト書き//</w:t>
      </w:r>
    </w:p>
    <w:p>
      <w:pPr>
        <w:spacing w:after="200"/>
      </w:pPr>
      <w:r>
        <w:rPr>
          <w:rFonts w:ascii="Yu Gothic" w:hAnsi="Yu Gothic" w:eastAsia="Yu Gothic"/>
          <w:b w:val="0"/>
          <w:sz w:val="22"/>
        </w:rPr>
        <w:t>サンプル次郎　満面の笑みグラ</w:t>
      </w:r>
    </w:p>
    <w:p>
      <w:pPr>
        <w:spacing w:after="0"/>
      </w:pPr>
      <w:r>
        <w:rPr>
          <w:rFonts w:ascii="Yu Gothic" w:hAnsi="Yu Gothic" w:eastAsia="Yu Gothic"/>
          <w:b/>
          <w:sz w:val="22"/>
        </w:rPr>
        <w:t>めぐみさん//</w:t>
      </w:r>
    </w:p>
    <w:p>
      <w:pPr>
        <w:spacing w:after="200"/>
      </w:pPr>
      <w:r>
        <w:rPr>
          <w:rFonts w:ascii="Yu Gothic" w:hAnsi="Yu Gothic" w:eastAsia="Yu Gothic"/>
          <w:b w:val="0"/>
          <w:sz w:val="22"/>
        </w:rPr>
        <w:t>ト書きの作り方も簡単。エクセルで話者名を空欄にするだけ。</w:t>
      </w:r>
    </w:p>
    <w:p>
      <w:pPr>
        <w:spacing w:after="0"/>
      </w:pPr>
      <w:r>
        <w:rPr>
          <w:rFonts w:ascii="Yu Gothic" w:hAnsi="Yu Gothic" w:eastAsia="Yu Gothic"/>
          <w:b/>
          <w:sz w:val="22"/>
        </w:rPr>
        <w:t>ト書き//</w:t>
      </w:r>
    </w:p>
    <w:p>
      <w:pPr>
        <w:spacing w:after="200"/>
      </w:pPr>
      <w:r>
        <w:rPr>
          <w:rFonts w:ascii="Yu Gothic" w:hAnsi="Yu Gothic" w:eastAsia="Yu Gothic"/>
          <w:b w:val="0"/>
          <w:sz w:val="22"/>
        </w:rPr>
        <w:t>話者名の無いセリフはト書きとして扱われます。</w:t>
      </w:r>
    </w:p>
    <w:p>
      <w:pPr>
        <w:spacing w:after="0"/>
      </w:pPr>
      <w:r>
        <w:rPr>
          <w:rFonts w:ascii="Yu Gothic" w:hAnsi="Yu Gothic" w:eastAsia="Yu Gothic"/>
          <w:b/>
          <w:sz w:val="22"/>
        </w:rPr>
        <w:t>サブタイトル//</w:t>
      </w:r>
    </w:p>
    <w:p>
      <w:pPr>
        <w:spacing w:after="200"/>
      </w:pPr>
      <w:r>
        <w:rPr>
          <w:rFonts w:ascii="Yu Gothic" w:hAnsi="Yu Gothic" w:eastAsia="Yu Gothic"/>
          <w:b w:val="0"/>
          <w:sz w:val="22"/>
        </w:rPr>
        <w:t>台本メイカーの特徴２</w:t>
      </w:r>
    </w:p>
    <w:p>
      <w:pPr>
        <w:spacing w:after="0"/>
      </w:pPr>
      <w:r>
        <w:rPr>
          <w:rFonts w:ascii="Yu Gothic" w:hAnsi="Yu Gothic" w:eastAsia="Yu Gothic"/>
          <w:b/>
          <w:sz w:val="22"/>
        </w:rPr>
        <w:t>サンプル次郎//</w:t>
      </w:r>
    </w:p>
    <w:p>
      <w:pPr>
        <w:spacing w:after="200"/>
      </w:pPr>
      <w:r>
        <w:rPr>
          <w:rFonts w:ascii="Yu Gothic" w:hAnsi="Yu Gothic" w:eastAsia="Yu Gothic"/>
          <w:b w:val="0"/>
          <w:sz w:val="22"/>
        </w:rPr>
        <w:t>台本メイカーで作った台本はPDFとエクセルでダウンロードできます。</w:t>
      </w:r>
    </w:p>
    <w:p>
      <w:pPr>
        <w:spacing w:after="0"/>
      </w:pPr>
      <w:r>
        <w:rPr>
          <w:rFonts w:ascii="Yu Gothic" w:hAnsi="Yu Gothic" w:eastAsia="Yu Gothic"/>
          <w:b/>
          <w:sz w:val="22"/>
        </w:rPr>
        <w:t>サンプル次郎//</w:t>
      </w:r>
    </w:p>
    <w:p>
      <w:pPr>
        <w:spacing w:after="200"/>
      </w:pPr>
      <w:r>
        <w:rPr>
          <w:rFonts w:ascii="Yu Gothic" w:hAnsi="Yu Gothic" w:eastAsia="Yu Gothic"/>
          <w:b w:val="0"/>
          <w:sz w:val="22"/>
        </w:rPr>
        <w:t>PDFはこのプレビュー画面のものがそのままダウンロードでき、</w:t>
      </w:r>
    </w:p>
    <w:p>
      <w:pPr>
        <w:spacing w:after="0"/>
      </w:pPr>
      <w:r>
        <w:rPr>
          <w:rFonts w:ascii="Yu Gothic" w:hAnsi="Yu Gothic" w:eastAsia="Yu Gothic"/>
          <w:b/>
          <w:sz w:val="22"/>
        </w:rPr>
        <w:t>サンプル次郎//</w:t>
      </w:r>
    </w:p>
    <w:p>
      <w:pPr>
        <w:spacing w:after="200"/>
      </w:pPr>
      <w:r>
        <w:rPr>
          <w:rFonts w:ascii="Yu Gothic" w:hAnsi="Yu Gothic" w:eastAsia="Yu Gothic"/>
          <w:b w:val="0"/>
          <w:sz w:val="22"/>
        </w:rPr>
        <w:t>エクセルもほぼ同じレイアウトのものでダウンロードできます。</w:t>
      </w:r>
    </w:p>
    <w:p>
      <w:pPr>
        <w:spacing w:after="0"/>
      </w:pPr>
      <w:r>
        <w:rPr>
          <w:rFonts w:ascii="Yu Gothic" w:hAnsi="Yu Gothic" w:eastAsia="Yu Gothic"/>
          <w:b/>
          <w:sz w:val="22"/>
        </w:rPr>
        <w:t>田中太郎//</w:t>
      </w:r>
    </w:p>
    <w:p>
      <w:pPr>
        <w:spacing w:after="200"/>
      </w:pPr>
      <w:r>
        <w:rPr>
          <w:rFonts w:ascii="Yu Gothic" w:hAnsi="Yu Gothic" w:eastAsia="Yu Gothic"/>
          <w:b w:val="0"/>
          <w:sz w:val="22"/>
        </w:rPr>
        <w:t>声優さんにはPDFを提出し、制作側は編集しやすいエクセルで管理。</w:t>
      </w:r>
    </w:p>
    <w:p>
      <w:pPr>
        <w:spacing w:after="0"/>
      </w:pPr>
      <w:r>
        <w:rPr>
          <w:rFonts w:ascii="Yu Gothic" w:hAnsi="Yu Gothic" w:eastAsia="Yu Gothic"/>
          <w:b/>
          <w:sz w:val="22"/>
        </w:rPr>
        <w:t>田中太郎//</w:t>
      </w:r>
    </w:p>
    <w:p>
      <w:pPr>
        <w:spacing w:after="200"/>
      </w:pPr>
      <w:r>
        <w:rPr>
          <w:rFonts w:ascii="Yu Gothic" w:hAnsi="Yu Gothic" w:eastAsia="Yu Gothic"/>
          <w:b w:val="0"/>
          <w:sz w:val="22"/>
        </w:rPr>
        <w:t>使う人に合わせたファイル形式を選ぶことができます。</w:t>
      </w:r>
    </w:p>
    <w:p>
      <w:pPr>
        <w:spacing w:after="0"/>
      </w:pPr>
      <w:r>
        <w:rPr>
          <w:rFonts w:ascii="Yu Gothic" w:hAnsi="Yu Gothic" w:eastAsia="Yu Gothic"/>
          <w:b/>
          <w:sz w:val="22"/>
        </w:rPr>
        <w:t>サブタイトル//</w:t>
      </w:r>
    </w:p>
    <w:p>
      <w:pPr>
        <w:spacing w:after="200"/>
      </w:pPr>
      <w:r>
        <w:rPr>
          <w:rFonts w:ascii="Yu Gothic" w:hAnsi="Yu Gothic" w:eastAsia="Yu Gothic"/>
          <w:b w:val="0"/>
          <w:sz w:val="22"/>
        </w:rPr>
        <w:t>他にもカスタマイズできます！</w:t>
      </w:r>
    </w:p>
    <w:p>
      <w:pPr>
        <w:spacing w:after="0"/>
      </w:pPr>
      <w:r>
        <w:rPr>
          <w:rFonts w:ascii="Yu Gothic" w:hAnsi="Yu Gothic" w:eastAsia="Yu Gothic"/>
          <w:b/>
          <w:sz w:val="22"/>
        </w:rPr>
        <w:t>めぐみさん//</w:t>
      </w:r>
    </w:p>
    <w:p>
      <w:pPr>
        <w:spacing w:after="200"/>
      </w:pPr>
      <w:r>
        <w:rPr>
          <w:rFonts w:ascii="Yu Gothic" w:hAnsi="Yu Gothic" w:eastAsia="Yu Gothic"/>
          <w:b w:val="0"/>
          <w:sz w:val="22"/>
        </w:rPr>
        <w:t>フォントサイズやハイライトカラーなどカスタマイズできるのよ。</w:t>
      </w:r>
    </w:p>
    <w:p>
      <w:pPr>
        <w:spacing w:after="0"/>
      </w:pPr>
      <w:r>
        <w:rPr>
          <w:rFonts w:ascii="Yu Gothic" w:hAnsi="Yu Gothic" w:eastAsia="Yu Gothic"/>
          <w:b/>
          <w:sz w:val="22"/>
        </w:rPr>
        <w:t>老紳士//</w:t>
      </w:r>
    </w:p>
    <w:p>
      <w:pPr>
        <w:spacing w:after="200"/>
      </w:pPr>
      <w:r>
        <w:rPr>
          <w:rFonts w:ascii="Yu Gothic" w:hAnsi="Yu Gothic" w:eastAsia="Yu Gothic"/>
          <w:b w:val="0"/>
          <w:sz w:val="22"/>
        </w:rPr>
        <w:t>字は大きいほうが見やすくての。</w:t>
      </w:r>
    </w:p>
    <w:p>
      <w:pPr>
        <w:spacing w:after="0"/>
      </w:pPr>
      <w:r>
        <w:rPr>
          <w:rFonts w:ascii="Yu Gothic" w:hAnsi="Yu Gothic" w:eastAsia="Yu Gothic"/>
          <w:b/>
          <w:sz w:val="22"/>
        </w:rPr>
        <w:t>めぐみさん//</w:t>
      </w:r>
    </w:p>
    <w:p>
      <w:pPr>
        <w:spacing w:after="200"/>
      </w:pPr>
      <w:r>
        <w:rPr>
          <w:rFonts w:ascii="Yu Gothic" w:hAnsi="Yu Gothic" w:eastAsia="Yu Gothic"/>
          <w:b w:val="0"/>
          <w:sz w:val="22"/>
        </w:rPr>
        <w:t>ただ、フォントを大きくすると、どうしてもレイアウトが崩れてしまうので</w:t>
      </w:r>
    </w:p>
    <w:p>
      <w:pPr>
        <w:spacing w:after="0"/>
      </w:pPr>
      <w:r>
        <w:rPr>
          <w:rFonts w:ascii="Yu Gothic" w:hAnsi="Yu Gothic" w:eastAsia="Yu Gothic"/>
          <w:b/>
          <w:sz w:val="22"/>
        </w:rPr>
        <w:t>めぐみさん//</w:t>
      </w:r>
    </w:p>
    <w:p>
      <w:pPr>
        <w:spacing w:after="200"/>
      </w:pPr>
      <w:r>
        <w:rPr>
          <w:rFonts w:ascii="Yu Gothic" w:hAnsi="Yu Gothic" w:eastAsia="Yu Gothic"/>
          <w:b w:val="0"/>
          <w:sz w:val="22"/>
        </w:rPr>
        <w:t>そこは目でみながら確認してくださいね。</w:t>
      </w:r>
    </w:p>
    <w:p>
      <w:pPr>
        <w:spacing w:after="0"/>
      </w:pPr>
      <w:r>
        <w:rPr>
          <w:rFonts w:ascii="Yu Gothic" w:hAnsi="Yu Gothic" w:eastAsia="Yu Gothic"/>
          <w:b/>
          <w:sz w:val="22"/>
        </w:rPr>
        <w:t>老紳士//</w:t>
      </w:r>
    </w:p>
    <w:p>
      <w:pPr>
        <w:spacing w:after="200"/>
      </w:pPr>
      <w:r>
        <w:rPr>
          <w:rFonts w:ascii="Yu Gothic" w:hAnsi="Yu Gothic" w:eastAsia="Yu Gothic"/>
          <w:b w:val="0"/>
          <w:sz w:val="22"/>
        </w:rPr>
        <w:t>変更がリアルタイムで反映されるからわかりやすいの。</w:t>
      </w:r>
    </w:p>
    <w:p>
      <w:pPr>
        <w:spacing w:after="0"/>
      </w:pPr>
      <w:r>
        <w:rPr>
          <w:rFonts w:ascii="Yu Gothic" w:hAnsi="Yu Gothic" w:eastAsia="Yu Gothic"/>
          <w:b/>
          <w:sz w:val="22"/>
        </w:rPr>
        <w:t>老紳士//</w:t>
      </w:r>
    </w:p>
    <w:p>
      <w:pPr>
        <w:spacing w:after="200"/>
      </w:pPr>
      <w:r>
        <w:rPr>
          <w:rFonts w:ascii="Yu Gothic" w:hAnsi="Yu Gothic" w:eastAsia="Yu Gothic"/>
          <w:b w:val="0"/>
          <w:sz w:val="22"/>
        </w:rPr>
        <w:t>めぐみさんや、エクセルの方にキャラクターネームというシートがあるが？</w:t>
      </w:r>
    </w:p>
    <w:p>
      <w:pPr>
        <w:spacing w:after="0"/>
      </w:pPr>
      <w:r>
        <w:rPr>
          <w:rFonts w:ascii="Yu Gothic" w:hAnsi="Yu Gothic" w:eastAsia="Yu Gothic"/>
          <w:b/>
          <w:sz w:val="22"/>
        </w:rPr>
        <w:t>田中太郎//</w:t>
      </w:r>
    </w:p>
    <w:p>
      <w:pPr>
        <w:spacing w:after="200"/>
      </w:pPr>
      <w:r>
        <w:rPr>
          <w:rFonts w:ascii="Yu Gothic" w:hAnsi="Yu Gothic" w:eastAsia="Yu Gothic"/>
          <w:b w:val="0"/>
          <w:sz w:val="22"/>
        </w:rPr>
        <w:t>それは私から説明しましょう。</w:t>
      </w:r>
    </w:p>
    <w:p>
      <w:pPr>
        <w:spacing w:after="0"/>
      </w:pPr>
      <w:r>
        <w:rPr>
          <w:rFonts w:ascii="Yu Gothic" w:hAnsi="Yu Gothic" w:eastAsia="Yu Gothic"/>
          <w:b/>
          <w:sz w:val="22"/>
        </w:rPr>
        <w:t>ト書き//</w:t>
      </w:r>
    </w:p>
    <w:p>
      <w:pPr>
        <w:spacing w:after="200"/>
      </w:pPr>
      <w:r>
        <w:rPr>
          <w:rFonts w:ascii="Yu Gothic" w:hAnsi="Yu Gothic" w:eastAsia="Yu Gothic"/>
          <w:b w:val="0"/>
          <w:sz w:val="22"/>
        </w:rPr>
        <w:t>老紳士はちいさく舌打ちをした。</w:t>
      </w:r>
    </w:p>
    <w:p>
      <w:pPr>
        <w:spacing w:after="0"/>
      </w:pPr>
      <w:r>
        <w:rPr>
          <w:rFonts w:ascii="Yu Gothic" w:hAnsi="Yu Gothic" w:eastAsia="Yu Gothic"/>
          <w:b/>
          <w:sz w:val="22"/>
        </w:rPr>
        <w:t>田中太郎//</w:t>
      </w:r>
    </w:p>
    <w:p>
      <w:pPr>
        <w:spacing w:after="200"/>
      </w:pPr>
      <w:r>
        <w:rPr>
          <w:rFonts w:ascii="Yu Gothic" w:hAnsi="Yu Gothic" w:eastAsia="Yu Gothic"/>
          <w:b w:val="0"/>
          <w:sz w:val="22"/>
        </w:rPr>
        <w:t>キャラクターネームシートは、役名と声優名を紐づけるためのものです。</w:t>
      </w:r>
    </w:p>
    <w:p>
      <w:pPr>
        <w:spacing w:after="0"/>
      </w:pPr>
      <w:r>
        <w:rPr>
          <w:rFonts w:ascii="Yu Gothic" w:hAnsi="Yu Gothic" w:eastAsia="Yu Gothic"/>
          <w:b/>
          <w:sz w:val="22"/>
        </w:rPr>
        <w:t>田中太郎//</w:t>
      </w:r>
    </w:p>
    <w:p>
      <w:pPr>
        <w:spacing w:after="200"/>
      </w:pPr>
      <w:r>
        <w:rPr>
          <w:rFonts w:ascii="Yu Gothic" w:hAnsi="Yu Gothic" w:eastAsia="Yu Gothic"/>
          <w:b w:val="0"/>
          <w:sz w:val="22"/>
        </w:rPr>
        <w:t>田中太郎のキャスト名を入力しておくと、PDFで書き出した際、</w:t>
      </w:r>
    </w:p>
    <w:p>
      <w:pPr>
        <w:spacing w:after="0"/>
      </w:pPr>
      <w:r>
        <w:rPr>
          <w:rFonts w:ascii="Yu Gothic" w:hAnsi="Yu Gothic" w:eastAsia="Yu Gothic"/>
          <w:b/>
          <w:sz w:val="22"/>
        </w:rPr>
        <w:t>田中太郎//</w:t>
      </w:r>
    </w:p>
    <w:p>
      <w:pPr>
        <w:spacing w:after="200"/>
      </w:pPr>
      <w:r>
        <w:rPr>
          <w:rFonts w:ascii="Yu Gothic" w:hAnsi="Yu Gothic" w:eastAsia="Yu Gothic"/>
          <w:b w:val="0"/>
          <w:sz w:val="22"/>
        </w:rPr>
        <w:t>ファイル名が「声優A様：田中太郎役」といった感じに整形されます。</w:t>
      </w:r>
    </w:p>
    <w:p>
      <w:pPr>
        <w:spacing w:after="0"/>
      </w:pPr>
      <w:r>
        <w:rPr>
          <w:rFonts w:ascii="Yu Gothic" w:hAnsi="Yu Gothic" w:eastAsia="Yu Gothic"/>
          <w:b/>
          <w:sz w:val="22"/>
        </w:rPr>
        <w:t>めぐみさん//</w:t>
      </w:r>
    </w:p>
    <w:p>
      <w:pPr>
        <w:spacing w:after="200"/>
      </w:pPr>
      <w:r>
        <w:rPr>
          <w:rFonts w:ascii="Yu Gothic" w:hAnsi="Yu Gothic" w:eastAsia="Yu Gothic"/>
          <w:b w:val="0"/>
          <w:sz w:val="22"/>
        </w:rPr>
        <w:t>ファイルの管理や声優さんに渡す時に楽ね。</w:t>
      </w:r>
    </w:p>
    <w:p>
      <w:pPr>
        <w:spacing w:after="0"/>
      </w:pPr>
      <w:r>
        <w:rPr>
          <w:rFonts w:ascii="Yu Gothic" w:hAnsi="Yu Gothic" w:eastAsia="Yu Gothic"/>
          <w:b/>
          <w:sz w:val="22"/>
        </w:rPr>
        <w:t>老紳士//</w:t>
      </w:r>
    </w:p>
    <w:p>
      <w:pPr>
        <w:spacing w:after="200"/>
      </w:pPr>
      <w:r>
        <w:rPr>
          <w:rFonts w:ascii="Yu Gothic" w:hAnsi="Yu Gothic" w:eastAsia="Yu Gothic"/>
          <w:b w:val="0"/>
          <w:sz w:val="22"/>
        </w:rPr>
        <w:t>なるほど。地味だけど便利な機能じゃな。</w:t>
      </w:r>
    </w:p>
    <w:p>
      <w:pPr>
        <w:spacing w:after="0"/>
      </w:pPr>
      <w:r>
        <w:rPr>
          <w:rFonts w:ascii="Yu Gothic" w:hAnsi="Yu Gothic" w:eastAsia="Yu Gothic"/>
          <w:b/>
          <w:sz w:val="22"/>
        </w:rPr>
        <w:t>タイトル//</w:t>
      </w:r>
    </w:p>
    <w:p>
      <w:pPr>
        <w:spacing w:after="200"/>
      </w:pPr>
      <w:r>
        <w:rPr>
          <w:rFonts w:ascii="Yu Gothic" w:hAnsi="Yu Gothic" w:eastAsia="Yu Gothic"/>
          <w:b w:val="0"/>
          <w:sz w:val="22"/>
        </w:rPr>
        <w:t>その他、専用カスタマイズもします！</w:t>
      </w:r>
    </w:p>
    <w:p>
      <w:pPr>
        <w:spacing w:after="0"/>
      </w:pPr>
      <w:r>
        <w:rPr>
          <w:rFonts w:ascii="Yu Gothic" w:hAnsi="Yu Gothic" w:eastAsia="Yu Gothic"/>
          <w:b/>
          <w:sz w:val="22"/>
        </w:rPr>
        <w:t>サブタイトル//</w:t>
      </w:r>
    </w:p>
    <w:p>
      <w:pPr>
        <w:spacing w:after="200"/>
      </w:pPr>
      <w:r>
        <w:rPr>
          <w:rFonts w:ascii="Yu Gothic" w:hAnsi="Yu Gothic" w:eastAsia="Yu Gothic"/>
          <w:b w:val="0"/>
          <w:sz w:val="22"/>
        </w:rPr>
        <w:t>ご要望があればぜひご連絡ください。</w:t>
      </w:r>
    </w:p>
    <w:p>
      <w:pPr>
        <w:spacing w:after="0"/>
      </w:pPr>
      <w:r>
        <w:rPr>
          <w:rFonts w:ascii="Yu Gothic" w:hAnsi="Yu Gothic" w:eastAsia="Yu Gothic"/>
          <w:b/>
          <w:sz w:val="22"/>
        </w:rPr>
        <w:t>老紳士//</w:t>
      </w:r>
    </w:p>
    <w:p>
      <w:pPr>
        <w:spacing w:after="200"/>
      </w:pPr>
      <w:r>
        <w:rPr>
          <w:rFonts w:ascii="Yu Gothic" w:hAnsi="Yu Gothic" w:eastAsia="Yu Gothic"/>
          <w:b w:val="0"/>
          <w:sz w:val="22"/>
        </w:rPr>
        <w:t>わしの作っている脚本に合わせて表示方法を少しかえたいのじゃが…</w:t>
      </w:r>
    </w:p>
    <w:p>
      <w:pPr>
        <w:spacing w:after="0"/>
      </w:pPr>
      <w:r>
        <w:rPr>
          <w:rFonts w:ascii="Yu Gothic" w:hAnsi="Yu Gothic" w:eastAsia="Yu Gothic"/>
          <w:b/>
          <w:sz w:val="22"/>
        </w:rPr>
        <w:t>田中太郎//</w:t>
      </w:r>
    </w:p>
    <w:p>
      <w:pPr>
        <w:spacing w:after="200"/>
      </w:pPr>
      <w:r>
        <w:rPr>
          <w:rFonts w:ascii="Yu Gothic" w:hAnsi="Yu Gothic" w:eastAsia="Yu Gothic"/>
          <w:b w:val="0"/>
          <w:sz w:val="22"/>
        </w:rPr>
        <w:t>今の台本メイカーだと再現できない表示方法ですね。</w:t>
      </w:r>
    </w:p>
    <w:p>
      <w:pPr>
        <w:spacing w:after="0"/>
      </w:pPr>
      <w:r>
        <w:rPr>
          <w:rFonts w:ascii="Yu Gothic" w:hAnsi="Yu Gothic" w:eastAsia="Yu Gothic"/>
          <w:b/>
          <w:sz w:val="22"/>
        </w:rPr>
        <w:t>サンプル次郎//</w:t>
      </w:r>
    </w:p>
    <w:p>
      <w:pPr>
        <w:spacing w:after="200"/>
      </w:pPr>
      <w:r>
        <w:rPr>
          <w:rFonts w:ascii="Yu Gothic" w:hAnsi="Yu Gothic" w:eastAsia="Yu Gothic"/>
          <w:b w:val="0"/>
          <w:sz w:val="22"/>
        </w:rPr>
        <w:t>それなら、専用のカスタマイズを施した台本メイカーをお作りしますよ！</w:t>
      </w:r>
    </w:p>
    <w:p>
      <w:pPr>
        <w:spacing w:after="0"/>
      </w:pPr>
      <w:r>
        <w:rPr>
          <w:rFonts w:ascii="Yu Gothic" w:hAnsi="Yu Gothic" w:eastAsia="Yu Gothic"/>
          <w:b/>
          <w:sz w:val="22"/>
        </w:rPr>
        <w:t>老紳士//</w:t>
      </w:r>
    </w:p>
    <w:p>
      <w:pPr>
        <w:spacing w:after="200"/>
      </w:pPr>
      <w:r>
        <w:rPr>
          <w:rFonts w:ascii="Yu Gothic" w:hAnsi="Yu Gothic" w:eastAsia="Yu Gothic"/>
          <w:b w:val="0"/>
          <w:sz w:val="22"/>
        </w:rPr>
        <w:t>でも、お高いんでしょう？</w:t>
      </w:r>
    </w:p>
    <w:p>
      <w:pPr>
        <w:spacing w:after="0"/>
      </w:pPr>
      <w:r>
        <w:rPr>
          <w:rFonts w:ascii="Yu Gothic" w:hAnsi="Yu Gothic" w:eastAsia="Yu Gothic"/>
          <w:b/>
          <w:sz w:val="22"/>
        </w:rPr>
        <w:t>田中太郎//</w:t>
      </w:r>
    </w:p>
    <w:p>
      <w:pPr>
        <w:spacing w:after="200"/>
      </w:pPr>
      <w:r>
        <w:rPr>
          <w:rFonts w:ascii="Yu Gothic" w:hAnsi="Yu Gothic" w:eastAsia="Yu Gothic"/>
          <w:b w:val="0"/>
          <w:sz w:val="22"/>
        </w:rPr>
        <w:t>もちろん機能によりますが、この台本メイカーをベースにして、</w:t>
      </w:r>
    </w:p>
    <w:p>
      <w:pPr>
        <w:spacing w:after="0"/>
      </w:pPr>
      <w:r>
        <w:rPr>
          <w:rFonts w:ascii="Yu Gothic" w:hAnsi="Yu Gothic" w:eastAsia="Yu Gothic"/>
          <w:b/>
          <w:sz w:val="22"/>
        </w:rPr>
        <w:t>サンプル次郎//</w:t>
      </w:r>
    </w:p>
    <w:p>
      <w:pPr>
        <w:spacing w:after="200"/>
      </w:pPr>
      <w:r>
        <w:rPr>
          <w:rFonts w:ascii="Yu Gothic" w:hAnsi="Yu Gothic" w:eastAsia="Yu Gothic"/>
          <w:b w:val="0"/>
          <w:sz w:val="22"/>
        </w:rPr>
        <w:t>専用カスタマイズを追加する場合なら、数千円くらいでできると思います。</w:t>
      </w:r>
    </w:p>
    <w:p>
      <w:pPr>
        <w:spacing w:after="0"/>
      </w:pPr>
      <w:r>
        <w:rPr>
          <w:rFonts w:ascii="Yu Gothic" w:hAnsi="Yu Gothic" w:eastAsia="Yu Gothic"/>
          <w:b/>
          <w:sz w:val="22"/>
        </w:rPr>
        <w:t>老紳士//</w:t>
      </w:r>
    </w:p>
    <w:p>
      <w:pPr>
        <w:spacing w:after="200"/>
      </w:pPr>
      <w:r>
        <w:rPr>
          <w:rFonts w:ascii="Yu Gothic" w:hAnsi="Yu Gothic" w:eastAsia="Yu Gothic"/>
          <w:b w:val="0"/>
          <w:sz w:val="22"/>
        </w:rPr>
        <w:t>なるほど。じゃあ、まずはこれを使ってみて欲しい機能がでてきたら相談する。</w:t>
      </w:r>
    </w:p>
    <w:p>
      <w:pPr>
        <w:spacing w:after="0"/>
      </w:pPr>
      <w:r>
        <w:rPr>
          <w:rFonts w:ascii="Yu Gothic" w:hAnsi="Yu Gothic" w:eastAsia="Yu Gothic"/>
          <w:b/>
          <w:sz w:val="22"/>
        </w:rPr>
        <w:t>めぐみさん//</w:t>
      </w:r>
    </w:p>
    <w:p>
      <w:pPr>
        <w:spacing w:after="200"/>
      </w:pPr>
      <w:r>
        <w:rPr>
          <w:rFonts w:ascii="Yu Gothic" w:hAnsi="Yu Gothic" w:eastAsia="Yu Gothic"/>
          <w:b w:val="0"/>
          <w:sz w:val="22"/>
        </w:rPr>
        <w:t>ぜひ相談してね。おじいちゃん♪</w:t>
      </w:r>
    </w:p>
    <w:p>
      <w:pPr>
        <w:spacing w:after="0"/>
      </w:pPr>
      <w:r>
        <w:rPr>
          <w:rFonts w:ascii="Yu Gothic" w:hAnsi="Yu Gothic" w:eastAsia="Yu Gothic"/>
          <w:b/>
          <w:sz w:val="22"/>
        </w:rPr>
        <w:t>サブタイトル//</w:t>
      </w:r>
    </w:p>
    <w:p>
      <w:pPr>
        <w:spacing w:after="200"/>
      </w:pPr>
      <w:r>
        <w:rPr>
          <w:rFonts w:ascii="Yu Gothic" w:hAnsi="Yu Gothic" w:eastAsia="Yu Gothic"/>
          <w:b w:val="0"/>
          <w:sz w:val="22"/>
        </w:rPr>
        <w:t>最後に</w:t>
      </w:r>
    </w:p>
    <w:p>
      <w:pPr>
        <w:spacing w:after="0"/>
      </w:pPr>
      <w:r>
        <w:rPr>
          <w:rFonts w:ascii="Yu Gothic" w:hAnsi="Yu Gothic" w:eastAsia="Yu Gothic"/>
          <w:b/>
          <w:sz w:val="22"/>
        </w:rPr>
        <w:t>田中太郎//</w:t>
      </w:r>
    </w:p>
    <w:p>
      <w:pPr>
        <w:spacing w:after="200"/>
      </w:pPr>
      <w:r>
        <w:rPr>
          <w:rFonts w:ascii="Yu Gothic" w:hAnsi="Yu Gothic" w:eastAsia="Yu Gothic"/>
          <w:b w:val="0"/>
          <w:sz w:val="22"/>
        </w:rPr>
        <w:t>手間のかかるところの時間を短縮して、創作活動に割ける時間を増やす。</w:t>
      </w:r>
    </w:p>
    <w:p>
      <w:pPr>
        <w:spacing w:after="0"/>
      </w:pPr>
      <w:r>
        <w:rPr>
          <w:rFonts w:ascii="Yu Gothic" w:hAnsi="Yu Gothic" w:eastAsia="Yu Gothic"/>
          <w:b/>
          <w:sz w:val="22"/>
        </w:rPr>
        <w:t>サンプル次郎//</w:t>
      </w:r>
    </w:p>
    <w:p>
      <w:pPr>
        <w:spacing w:after="200"/>
      </w:pPr>
      <w:r>
        <w:rPr>
          <w:rFonts w:ascii="Yu Gothic" w:hAnsi="Yu Gothic" w:eastAsia="Yu Gothic"/>
          <w:b w:val="0"/>
          <w:sz w:val="22"/>
        </w:rPr>
        <w:t>その役に立つツールをこれからも作っていきますので、</w:t>
      </w:r>
    </w:p>
    <w:p>
      <w:pPr>
        <w:spacing w:after="0"/>
      </w:pPr>
      <w:r>
        <w:rPr>
          <w:rFonts w:ascii="Yu Gothic" w:hAnsi="Yu Gothic" w:eastAsia="Yu Gothic"/>
          <w:b/>
          <w:sz w:val="22"/>
        </w:rPr>
        <w:t>めぐみさん//</w:t>
      </w:r>
    </w:p>
    <w:p>
      <w:pPr>
        <w:spacing w:after="200"/>
      </w:pPr>
      <w:r>
        <w:rPr>
          <w:rFonts w:ascii="Yu Gothic" w:hAnsi="Yu Gothic" w:eastAsia="Yu Gothic"/>
          <w:b w:val="0"/>
          <w:sz w:val="22"/>
        </w:rPr>
        <w:t>ぜひご活用ください〜！</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